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9A83" w14:textId="77777777" w:rsidR="00310BBD" w:rsidRPr="00CB1CFF" w:rsidRDefault="00AA1DCD">
      <w:pPr>
        <w:pStyle w:val="aa"/>
        <w:jc w:val="center"/>
        <w:rPr>
          <w:lang w:val="ru-RU"/>
        </w:rPr>
      </w:pPr>
      <w:r w:rsidRPr="00CB1CFF">
        <w:rPr>
          <w:lang w:val="ru-RU"/>
        </w:rPr>
        <w:t>СОГЛАСИЕ НА ОБРАБОТКУ ПЕРСОНАЛЬНЫХ ДАННЫХ</w:t>
      </w:r>
    </w:p>
    <w:p w14:paraId="20F163D7" w14:textId="77777777" w:rsidR="00310BBD" w:rsidRPr="00CB1CFF" w:rsidRDefault="00AA1DCD">
      <w:pPr>
        <w:jc w:val="center"/>
        <w:rPr>
          <w:lang w:val="ru-RU"/>
        </w:rPr>
      </w:pPr>
      <w:r w:rsidRPr="00CB1CFF">
        <w:rPr>
          <w:rFonts w:ascii="Arial" w:hAnsi="Arial"/>
          <w:color w:val="5A5A5A"/>
          <w:lang w:val="ru-RU"/>
        </w:rPr>
        <w:t xml:space="preserve">для форм сайта </w:t>
      </w:r>
      <w:r>
        <w:rPr>
          <w:rFonts w:ascii="Arial" w:hAnsi="Arial"/>
          <w:color w:val="5A5A5A"/>
        </w:rPr>
        <w:t>BRASS</w:t>
      </w:r>
      <w:r w:rsidRPr="00CB1CFF">
        <w:rPr>
          <w:rFonts w:ascii="Arial" w:hAnsi="Arial"/>
          <w:color w:val="5A5A5A"/>
          <w:lang w:val="ru-RU"/>
        </w:rPr>
        <w:t xml:space="preserve"> </w:t>
      </w:r>
      <w:r>
        <w:rPr>
          <w:rFonts w:ascii="Arial" w:hAnsi="Arial"/>
          <w:color w:val="5A5A5A"/>
        </w:rPr>
        <w:t>BAGS</w:t>
      </w:r>
    </w:p>
    <w:p w14:paraId="678FF72F" w14:textId="46AD5CF8" w:rsidR="00310BBD" w:rsidRDefault="00AA1DCD">
      <w:pPr>
        <w:jc w:val="center"/>
      </w:pPr>
      <w:proofErr w:type="spellStart"/>
      <w:r>
        <w:rPr>
          <w:i/>
        </w:rPr>
        <w:t>Редакция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от</w:t>
      </w:r>
      <w:proofErr w:type="spellEnd"/>
      <w:r>
        <w:rPr>
          <w:i/>
        </w:rPr>
        <w:t xml:space="preserve"> 0</w:t>
      </w:r>
      <w:r w:rsidR="00CB1CFF">
        <w:rPr>
          <w:i/>
          <w:lang w:val="ru-RU"/>
        </w:rPr>
        <w:t>3</w:t>
      </w:r>
      <w:proofErr w:type="spellStart"/>
      <w:r>
        <w:rPr>
          <w:i/>
        </w:rPr>
        <w:t>июля</w:t>
      </w:r>
      <w:proofErr w:type="spellEnd"/>
      <w:r>
        <w:rPr>
          <w:i/>
        </w:rPr>
        <w:t xml:space="preserve"> 2026 </w:t>
      </w:r>
      <w:proofErr w:type="spellStart"/>
      <w:r>
        <w:rPr>
          <w:i/>
        </w:rPr>
        <w:t>года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310BBD" w14:paraId="0CCA3846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90ABC3D" w14:textId="77777777" w:rsidR="00310BBD" w:rsidRDefault="00AA1DCD">
            <w:r>
              <w:rPr>
                <w:sz w:val="20"/>
              </w:rPr>
              <w:t>Сайт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4BE434CB" w14:textId="77777777" w:rsidR="00310BBD" w:rsidRDefault="00AA1DCD">
            <w:r>
              <w:rPr>
                <w:sz w:val="20"/>
              </w:rPr>
              <w:t>https://brassbags.ru</w:t>
            </w:r>
          </w:p>
        </w:tc>
      </w:tr>
      <w:tr w:rsidR="00310BBD" w:rsidRPr="00CB1CFF" w14:paraId="5BACA345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44DD97D1" w14:textId="77777777" w:rsidR="00310BBD" w:rsidRDefault="00AA1DCD">
            <w:r>
              <w:rPr>
                <w:sz w:val="20"/>
              </w:rPr>
              <w:t>Продавец / оператор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04160439" w14:textId="77777777" w:rsidR="00310BBD" w:rsidRPr="00CB1CFF" w:rsidRDefault="00AA1DCD">
            <w:pPr>
              <w:rPr>
                <w:lang w:val="ru-RU"/>
              </w:rPr>
            </w:pPr>
            <w:r w:rsidRPr="00CB1CFF">
              <w:rPr>
                <w:sz w:val="20"/>
                <w:lang w:val="ru-RU"/>
              </w:rPr>
              <w:t>Индивидуальный предприниматель Ворожко Кристина Андреевна</w:t>
            </w:r>
          </w:p>
        </w:tc>
      </w:tr>
      <w:tr w:rsidR="00310BBD" w14:paraId="0C2C162C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0900807C" w14:textId="77777777" w:rsidR="00310BBD" w:rsidRDefault="00AA1DCD">
            <w:r>
              <w:rPr>
                <w:sz w:val="20"/>
              </w:rPr>
              <w:t>ИНН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734DD688" w14:textId="77777777" w:rsidR="00310BBD" w:rsidRDefault="00AA1DCD">
            <w:r>
              <w:rPr>
                <w:sz w:val="20"/>
              </w:rPr>
              <w:t>462800497715</w:t>
            </w:r>
          </w:p>
        </w:tc>
      </w:tr>
      <w:tr w:rsidR="00310BBD" w14:paraId="3806A9FD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125B45B8" w14:textId="77777777" w:rsidR="00310BBD" w:rsidRDefault="00AA1DCD">
            <w:r>
              <w:rPr>
                <w:sz w:val="20"/>
              </w:rPr>
              <w:t>ОГРНИП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528E4C01" w14:textId="77777777" w:rsidR="00310BBD" w:rsidRDefault="00AA1DCD">
            <w:r>
              <w:rPr>
                <w:sz w:val="20"/>
              </w:rPr>
              <w:t>319237500417768</w:t>
            </w:r>
          </w:p>
        </w:tc>
      </w:tr>
      <w:tr w:rsidR="00CB1CFF" w14:paraId="260C8E00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72B430C4" w14:textId="77777777" w:rsidR="00CB1CFF" w:rsidRDefault="00CB1CFF" w:rsidP="00CB1CFF">
            <w:proofErr w:type="spellStart"/>
            <w:r>
              <w:rPr>
                <w:sz w:val="20"/>
              </w:rPr>
              <w:t>Адрес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регистрации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юридический</w:t>
            </w:r>
            <w:proofErr w:type="spellEnd"/>
            <w:r>
              <w:rPr>
                <w:sz w:val="20"/>
              </w:rPr>
              <w:t xml:space="preserve"> адрес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05BFB196" w14:textId="54241915" w:rsidR="00CB1CFF" w:rsidRDefault="00CB1CFF" w:rsidP="00CB1CFF">
            <w:r w:rsidRPr="00CB1CFF">
              <w:rPr>
                <w:sz w:val="20"/>
                <w:lang w:val="ru-RU"/>
              </w:rPr>
              <w:t xml:space="preserve">306530, Курская обл., г. Щигры, ул. </w:t>
            </w:r>
            <w:proofErr w:type="spellStart"/>
            <w:r>
              <w:rPr>
                <w:sz w:val="20"/>
              </w:rPr>
              <w:t>Толбухина</w:t>
            </w:r>
            <w:proofErr w:type="spellEnd"/>
            <w:r>
              <w:rPr>
                <w:sz w:val="20"/>
              </w:rPr>
              <w:t>, д. 29</w:t>
            </w:r>
          </w:p>
        </w:tc>
      </w:tr>
      <w:tr w:rsidR="00CB1CFF" w:rsidRPr="00CB1CFF" w14:paraId="149CF5F3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4AB06CEB" w14:textId="77777777" w:rsidR="00CB1CFF" w:rsidRPr="00CB1CFF" w:rsidRDefault="00CB1CFF" w:rsidP="00CB1CFF">
            <w:pPr>
              <w:rPr>
                <w:lang w:val="ru-RU"/>
              </w:rPr>
            </w:pPr>
            <w:r w:rsidRPr="00CB1CFF">
              <w:rPr>
                <w:sz w:val="20"/>
                <w:lang w:val="ru-RU"/>
              </w:rPr>
              <w:t>Фактический адрес / адрес для корреспонденции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6D4F41D2" w14:textId="26402262" w:rsidR="00CB1CFF" w:rsidRPr="00CB1CFF" w:rsidRDefault="00CB1CFF" w:rsidP="00CB1CFF">
            <w:pPr>
              <w:rPr>
                <w:lang w:val="ru-RU"/>
              </w:rPr>
            </w:pPr>
            <w:r w:rsidRPr="000F667F">
              <w:rPr>
                <w:sz w:val="20"/>
                <w:lang w:val="ru-RU"/>
              </w:rPr>
              <w:t xml:space="preserve">123007, г. Москва, </w:t>
            </w:r>
            <w:proofErr w:type="spellStart"/>
            <w:r w:rsidRPr="000F667F">
              <w:rPr>
                <w:sz w:val="20"/>
                <w:lang w:val="ru-RU"/>
              </w:rPr>
              <w:t>Хорошёвский</w:t>
            </w:r>
            <w:proofErr w:type="spellEnd"/>
            <w:r w:rsidRPr="000F667F">
              <w:rPr>
                <w:sz w:val="20"/>
                <w:lang w:val="ru-RU"/>
              </w:rPr>
              <w:t xml:space="preserve"> район, ул. 5-я Магистральная, д. 12, этаж 6, офис 3</w:t>
            </w:r>
          </w:p>
        </w:tc>
      </w:tr>
      <w:tr w:rsidR="00310BBD" w14:paraId="04F0057B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64942B0A" w14:textId="77777777" w:rsidR="00310BBD" w:rsidRDefault="00AA1DCD"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23440E94" w14:textId="77777777" w:rsidR="00310BBD" w:rsidRDefault="00AA1DCD">
            <w:r>
              <w:rPr>
                <w:sz w:val="20"/>
              </w:rPr>
              <w:t xml:space="preserve">+7 969 030 39 </w:t>
            </w:r>
            <w:r>
              <w:rPr>
                <w:sz w:val="20"/>
              </w:rPr>
              <w:t>93</w:t>
            </w:r>
          </w:p>
        </w:tc>
      </w:tr>
      <w:tr w:rsidR="00310BBD" w14:paraId="0AC30657" w14:textId="77777777">
        <w:trPr>
          <w:jc w:val="center"/>
        </w:trPr>
        <w:tc>
          <w:tcPr>
            <w:tcW w:w="3402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  <w:shd w:val="clear" w:color="auto" w:fill="F3EFEA"/>
          </w:tcPr>
          <w:p w14:paraId="070EFEA1" w14:textId="77777777" w:rsidR="00310BBD" w:rsidRDefault="00AA1DCD">
            <w:r>
              <w:rPr>
                <w:sz w:val="20"/>
              </w:rPr>
              <w:t>Электронная почта</w:t>
            </w:r>
          </w:p>
        </w:tc>
        <w:tc>
          <w:tcPr>
            <w:tcW w:w="5669" w:type="dxa"/>
            <w:tcBorders>
              <w:top w:val="single" w:sz="4" w:space="0" w:color="D8D2CB"/>
              <w:left w:val="single" w:sz="4" w:space="0" w:color="D8D2CB"/>
              <w:bottom w:val="single" w:sz="4" w:space="0" w:color="D8D2CB"/>
              <w:right w:val="single" w:sz="4" w:space="0" w:color="D8D2CB"/>
            </w:tcBorders>
          </w:tcPr>
          <w:p w14:paraId="654B09C7" w14:textId="77777777" w:rsidR="00310BBD" w:rsidRDefault="00AA1DCD">
            <w:r>
              <w:rPr>
                <w:sz w:val="20"/>
              </w:rPr>
              <w:t>info@brassbags.ru</w:t>
            </w:r>
          </w:p>
        </w:tc>
      </w:tr>
    </w:tbl>
    <w:p w14:paraId="76D6F26C" w14:textId="77777777" w:rsidR="00310BBD" w:rsidRDefault="00310BBD"/>
    <w:p w14:paraId="118DEEE2" w14:textId="77777777" w:rsidR="00310BBD" w:rsidRPr="00CB1CFF" w:rsidRDefault="00310BBD">
      <w:pPr>
        <w:rPr>
          <w:lang w:val="ru-RU"/>
        </w:rPr>
      </w:pPr>
    </w:p>
    <w:p w14:paraId="0D122002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1. Текст согласия</w:t>
      </w:r>
    </w:p>
    <w:p w14:paraId="0B62A048" w14:textId="4195025A" w:rsidR="00310BBD" w:rsidRPr="00CB1CFF" w:rsidRDefault="00AA1DCD">
      <w:pPr>
        <w:rPr>
          <w:lang w:val="ru-RU"/>
        </w:rPr>
      </w:pPr>
      <w:r w:rsidRPr="00CB1CFF">
        <w:rPr>
          <w:lang w:val="ru-RU"/>
        </w:rPr>
        <w:t xml:space="preserve">Настоящим я, пользователь сайта </w:t>
      </w:r>
      <w:r>
        <w:t>https</w:t>
      </w:r>
      <w:r w:rsidRPr="00CB1CFF">
        <w:rPr>
          <w:lang w:val="ru-RU"/>
        </w:rPr>
        <w:t>://</w:t>
      </w:r>
      <w:proofErr w:type="spellStart"/>
      <w:r>
        <w:t>brassbags</w:t>
      </w:r>
      <w:proofErr w:type="spellEnd"/>
      <w:r w:rsidRPr="00CB1CFF">
        <w:rPr>
          <w:lang w:val="ru-RU"/>
        </w:rPr>
        <w:t>.</w:t>
      </w:r>
      <w:proofErr w:type="spellStart"/>
      <w:r>
        <w:t>ru</w:t>
      </w:r>
      <w:proofErr w:type="spellEnd"/>
      <w:r w:rsidRPr="00CB1CFF">
        <w:rPr>
          <w:lang w:val="ru-RU"/>
        </w:rPr>
        <w:t>, свободно, своей волей и в своём интересе даю Индивидуальный предприниматель Ворожко Кристина Андреевна, ИНН 462800497715, ОГРНИП 319237500417768, адрес регистрации / юридически</w:t>
      </w:r>
      <w:r w:rsidRPr="00CB1CFF">
        <w:rPr>
          <w:lang w:val="ru-RU"/>
        </w:rPr>
        <w:t xml:space="preserve">й адрес: </w:t>
      </w:r>
      <w:r w:rsidR="00CB1CFF" w:rsidRPr="00CB1CFF">
        <w:rPr>
          <w:lang w:val="ru-RU"/>
        </w:rPr>
        <w:t xml:space="preserve">123007, г. Москва, </w:t>
      </w:r>
      <w:proofErr w:type="spellStart"/>
      <w:r w:rsidR="00CB1CFF" w:rsidRPr="00CB1CFF">
        <w:rPr>
          <w:lang w:val="ru-RU"/>
        </w:rPr>
        <w:t>Хорошёвский</w:t>
      </w:r>
      <w:proofErr w:type="spellEnd"/>
      <w:r w:rsidR="00CB1CFF" w:rsidRPr="00CB1CFF">
        <w:rPr>
          <w:lang w:val="ru-RU"/>
        </w:rPr>
        <w:t xml:space="preserve"> район, ул. 5-я Магистральная, д. 12, этаж 6, офис 3</w:t>
      </w:r>
      <w:r w:rsidRPr="00CB1CFF">
        <w:rPr>
          <w:lang w:val="ru-RU"/>
        </w:rPr>
        <w:t xml:space="preserve">, согласие на обработку моих персональных данных на условиях, изложенных в настоящем согласии и Политике обработки персональных данных, размещённой на сайте </w:t>
      </w:r>
      <w:r>
        <w:t>https</w:t>
      </w:r>
      <w:r w:rsidRPr="00CB1CFF">
        <w:rPr>
          <w:lang w:val="ru-RU"/>
        </w:rPr>
        <w:t>://</w:t>
      </w:r>
      <w:proofErr w:type="spellStart"/>
      <w:r>
        <w:t>brassba</w:t>
      </w:r>
      <w:r>
        <w:t>gs</w:t>
      </w:r>
      <w:proofErr w:type="spellEnd"/>
      <w:r w:rsidRPr="00CB1CFF">
        <w:rPr>
          <w:lang w:val="ru-RU"/>
        </w:rPr>
        <w:t>.</w:t>
      </w:r>
      <w:proofErr w:type="spellStart"/>
      <w:r>
        <w:t>ru</w:t>
      </w:r>
      <w:proofErr w:type="spellEnd"/>
      <w:r w:rsidRPr="00CB1CFF">
        <w:rPr>
          <w:lang w:val="ru-RU"/>
        </w:rPr>
        <w:t>.</w:t>
      </w:r>
    </w:p>
    <w:p w14:paraId="61AB9C6E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2. Персональные данные, на обработку которых даётся согласие</w:t>
      </w:r>
    </w:p>
    <w:p w14:paraId="0F9D2399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2.1. Согласие даётся на обработку следующих персональных данных, которые я указываю при оформлении заказа, направлении обращения или использовании формы сайта:</w:t>
      </w:r>
    </w:p>
    <w:p w14:paraId="1A6B4CD2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фамилия, имя, отчество — есл</w:t>
      </w:r>
      <w:r w:rsidRPr="00CB1CFF">
        <w:rPr>
          <w:lang w:val="ru-RU"/>
        </w:rPr>
        <w:t>и указаны;</w:t>
      </w:r>
    </w:p>
    <w:p w14:paraId="216EDC86" w14:textId="77777777" w:rsidR="00310BBD" w:rsidRDefault="00AA1DCD">
      <w:pPr>
        <w:pStyle w:val="a0"/>
      </w:pPr>
      <w:proofErr w:type="spellStart"/>
      <w:r>
        <w:t>номер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>;</w:t>
      </w:r>
    </w:p>
    <w:p w14:paraId="350EB80D" w14:textId="77777777" w:rsidR="00310BBD" w:rsidRDefault="00AA1DCD">
      <w:pPr>
        <w:pStyle w:val="a0"/>
      </w:pPr>
      <w:r>
        <w:t>адрес электронной почты;</w:t>
      </w:r>
    </w:p>
    <w:p w14:paraId="10B7AD7B" w14:textId="77777777" w:rsidR="00310BBD" w:rsidRDefault="00AA1DCD">
      <w:pPr>
        <w:pStyle w:val="a0"/>
      </w:pPr>
      <w:r>
        <w:t>адрес доставки;</w:t>
      </w:r>
    </w:p>
    <w:p w14:paraId="71870A98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сведения о заказе, выбранном товаре, оплате и доставке;</w:t>
      </w:r>
    </w:p>
    <w:p w14:paraId="64AE4AEC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комментарий к заказу или обращению;</w:t>
      </w:r>
    </w:p>
    <w:p w14:paraId="0D7D3A8C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 xml:space="preserve">технические данные, автоматически передаваемые сайтом: </w:t>
      </w:r>
      <w:r>
        <w:t>IP</w:t>
      </w:r>
      <w:r w:rsidRPr="00CB1CFF">
        <w:rPr>
          <w:lang w:val="ru-RU"/>
        </w:rPr>
        <w:t xml:space="preserve">-адрес, </w:t>
      </w:r>
      <w:r>
        <w:t>cookie</w:t>
      </w:r>
      <w:r w:rsidRPr="00CB1CFF">
        <w:rPr>
          <w:lang w:val="ru-RU"/>
        </w:rPr>
        <w:t xml:space="preserve">-файлы, сведения о </w:t>
      </w:r>
      <w:r w:rsidRPr="00CB1CFF">
        <w:rPr>
          <w:lang w:val="ru-RU"/>
        </w:rPr>
        <w:t>браузере, устройстве, дате и времени посещения, если такие данные собираются сайтом.</w:t>
      </w:r>
    </w:p>
    <w:p w14:paraId="183BB52C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2.2. Я не должен указывать в формах сайта специальные категории персональных данных, сведения о здоровье, биометрические данные и иную информацию, не требующуюся для оформ</w:t>
      </w:r>
      <w:r w:rsidRPr="00CB1CFF">
        <w:rPr>
          <w:lang w:val="ru-RU"/>
        </w:rPr>
        <w:t>ления заказа или обращения.</w:t>
      </w:r>
    </w:p>
    <w:p w14:paraId="45A2282F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3. Цели обработки</w:t>
      </w:r>
    </w:p>
    <w:p w14:paraId="78EC6CAF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3.1. Согласие даётся на обработку персональных данных в следующих целях:</w:t>
      </w:r>
    </w:p>
    <w:p w14:paraId="21127F12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оформление, подтверждение и исполнение заказа;</w:t>
      </w:r>
    </w:p>
    <w:p w14:paraId="5DA19500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lastRenderedPageBreak/>
        <w:t>связь со мной по вопросам заказа, оплаты, доставки, возврата, обмена и претензий;</w:t>
      </w:r>
    </w:p>
    <w:p w14:paraId="1ADE1B6F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приём он</w:t>
      </w:r>
      <w:r w:rsidRPr="00CB1CFF">
        <w:rPr>
          <w:lang w:val="ru-RU"/>
        </w:rPr>
        <w:t>лайн-оплаты через Ю</w:t>
      </w:r>
      <w:proofErr w:type="spellStart"/>
      <w:r>
        <w:t>Kassa</w:t>
      </w:r>
      <w:proofErr w:type="spellEnd"/>
      <w:r w:rsidRPr="00CB1CFF">
        <w:rPr>
          <w:lang w:val="ru-RU"/>
        </w:rPr>
        <w:t>;</w:t>
      </w:r>
    </w:p>
    <w:p w14:paraId="55CF4385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организация доставки курьером Продавца или транспортной компанией;</w:t>
      </w:r>
    </w:p>
    <w:p w14:paraId="0B5E2920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 xml:space="preserve">формирование и направление кассового </w:t>
      </w:r>
      <w:r w:rsidRPr="00CB1CFF">
        <w:rPr>
          <w:lang w:val="ru-RU"/>
        </w:rPr>
        <w:t>чека;</w:t>
      </w:r>
    </w:p>
    <w:p w14:paraId="365C6201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рассмотрение обращений, заявлений, претензий и запросов;</w:t>
      </w:r>
    </w:p>
    <w:p w14:paraId="11288EBE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обеспечение работы и безопасности сайта;</w:t>
      </w:r>
    </w:p>
    <w:p w14:paraId="5BF8C259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 xml:space="preserve">анализ работы сайта и </w:t>
      </w:r>
      <w:r w:rsidRPr="00CB1CFF">
        <w:rPr>
          <w:lang w:val="ru-RU"/>
        </w:rPr>
        <w:t xml:space="preserve">улучшение качества обслуживания, если используются </w:t>
      </w:r>
      <w:r>
        <w:t>cookie</w:t>
      </w:r>
      <w:r w:rsidRPr="00CB1CFF">
        <w:rPr>
          <w:lang w:val="ru-RU"/>
        </w:rPr>
        <w:t>-файлы и аналитика.</w:t>
      </w:r>
    </w:p>
    <w:p w14:paraId="7144BA6E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4. Действия с персональными данными</w:t>
      </w:r>
    </w:p>
    <w:p w14:paraId="74B0EF97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4.1. Я разрешаю Оператору совершать с моими персональными данными следующие действия: сбор, запись, систематизацию, накопление, хранение, уточн</w:t>
      </w:r>
      <w:r w:rsidRPr="00CB1CFF">
        <w:rPr>
          <w:lang w:val="ru-RU"/>
        </w:rPr>
        <w:t>ение, использование, передачу, обезличивание, блокирование, удаление и уничтожение.</w:t>
      </w:r>
    </w:p>
    <w:p w14:paraId="42E467C5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4.2. Обработка может осуществляться с использованием средств автоматизации и без использования таких средств.</w:t>
      </w:r>
    </w:p>
    <w:p w14:paraId="4F6DCA68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5. Передача третьим лицам</w:t>
      </w:r>
    </w:p>
    <w:p w14:paraId="41FAC974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 xml:space="preserve">5.1. Я согласен с тем, что </w:t>
      </w:r>
      <w:r w:rsidRPr="00CB1CFF">
        <w:rPr>
          <w:lang w:val="ru-RU"/>
        </w:rPr>
        <w:t>Оператор вправе передавать мои персональные данные третьим лицам только в объёме, необходимом для достижения указанных целей:</w:t>
      </w:r>
    </w:p>
    <w:p w14:paraId="4D0F4088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платёжному сервису Ю</w:t>
      </w:r>
      <w:proofErr w:type="spellStart"/>
      <w:r>
        <w:t>Kassa</w:t>
      </w:r>
      <w:proofErr w:type="spellEnd"/>
      <w:r w:rsidRPr="00CB1CFF">
        <w:rPr>
          <w:lang w:val="ru-RU"/>
        </w:rPr>
        <w:t xml:space="preserve"> — для приёма и подтверждения оплаты;</w:t>
      </w:r>
    </w:p>
    <w:p w14:paraId="5D2B6FA1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оператору фискальных данных, онлайн-кассе и иным участникам формиро</w:t>
      </w:r>
      <w:r w:rsidRPr="00CB1CFF">
        <w:rPr>
          <w:lang w:val="ru-RU"/>
        </w:rPr>
        <w:t>вания кассового чека;</w:t>
      </w:r>
    </w:p>
    <w:p w14:paraId="6666659A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курьерам, транспортным компаниям и службам доставки — для доставки или возврата товара;</w:t>
      </w:r>
    </w:p>
    <w:p w14:paraId="0154B74A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 xml:space="preserve">техническим подрядчикам сайта, хостинг-провайдеру, </w:t>
      </w:r>
      <w:r>
        <w:t>CRM</w:t>
      </w:r>
      <w:r w:rsidRPr="00CB1CFF">
        <w:rPr>
          <w:lang w:val="ru-RU"/>
        </w:rPr>
        <w:t xml:space="preserve"> и сервисам обработки заявок — для обеспечения работы сайта и исполнения заказа;</w:t>
      </w:r>
    </w:p>
    <w:p w14:paraId="2A084C67" w14:textId="77777777" w:rsidR="00310BBD" w:rsidRPr="00CB1CFF" w:rsidRDefault="00AA1DCD">
      <w:pPr>
        <w:pStyle w:val="a0"/>
        <w:rPr>
          <w:lang w:val="ru-RU"/>
        </w:rPr>
      </w:pPr>
      <w:r w:rsidRPr="00CB1CFF">
        <w:rPr>
          <w:lang w:val="ru-RU"/>
        </w:rPr>
        <w:t>государстве</w:t>
      </w:r>
      <w:r w:rsidRPr="00CB1CFF">
        <w:rPr>
          <w:lang w:val="ru-RU"/>
        </w:rPr>
        <w:t>нным органам — в случаях, предусмотренных законодательством Российской Федерации.</w:t>
      </w:r>
    </w:p>
    <w:p w14:paraId="1B67DFF1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5.2. Настоящее согласие не является согласием на получение рекламной рассылки. Рекламные и информационные сообщения маркетингового характера могут направляться только при нал</w:t>
      </w:r>
      <w:r w:rsidRPr="00CB1CFF">
        <w:rPr>
          <w:lang w:val="ru-RU"/>
        </w:rPr>
        <w:t>ичии отдельного согласия, если такое согласие требуется законом.</w:t>
      </w:r>
    </w:p>
    <w:p w14:paraId="7B06DB54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6. Срок действия согласия и отзыв</w:t>
      </w:r>
    </w:p>
    <w:p w14:paraId="5119259B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6.1. Согласие действует с момента его предоставления до достижения целей обработки персональных данных или до момента его отзыва, если у Оператора отсутствую</w:t>
      </w:r>
      <w:r w:rsidRPr="00CB1CFF">
        <w:rPr>
          <w:lang w:val="ru-RU"/>
        </w:rPr>
        <w:t>т иные законные основания для продолжения обработки.</w:t>
      </w:r>
    </w:p>
    <w:p w14:paraId="4CC485BF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 xml:space="preserve">6.2. Я вправе в любой момент отозвать согласие, направив уведомление на электронную почту </w:t>
      </w:r>
      <w:r>
        <w:t>info</w:t>
      </w:r>
      <w:r w:rsidRPr="00CB1CFF">
        <w:rPr>
          <w:lang w:val="ru-RU"/>
        </w:rPr>
        <w:t>@</w:t>
      </w:r>
      <w:proofErr w:type="spellStart"/>
      <w:r>
        <w:t>brassbags</w:t>
      </w:r>
      <w:proofErr w:type="spellEnd"/>
      <w:r w:rsidRPr="00CB1CFF">
        <w:rPr>
          <w:lang w:val="ru-RU"/>
        </w:rPr>
        <w:t>.</w:t>
      </w:r>
      <w:proofErr w:type="spellStart"/>
      <w:r>
        <w:t>ru</w:t>
      </w:r>
      <w:proofErr w:type="spellEnd"/>
      <w:r w:rsidRPr="00CB1CFF">
        <w:rPr>
          <w:lang w:val="ru-RU"/>
        </w:rPr>
        <w:t xml:space="preserve"> или по адресу для корреспонденции: 306530, Курская обл., г. Щигры, ул. Толбухина, д. 29.</w:t>
      </w:r>
    </w:p>
    <w:p w14:paraId="2A4BD372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>6.3. Отзыв согласия не влияет на законность обработки, осуществлённой до получения отзыва, и не прекращает обработку, если такая обработка необходима для исполнения договора, выполнения требований закона, защиты прав Оператора или прав третьих лиц.</w:t>
      </w:r>
    </w:p>
    <w:p w14:paraId="39FB74D6" w14:textId="77777777" w:rsidR="00310BBD" w:rsidRPr="00CB1CFF" w:rsidRDefault="00AA1DCD">
      <w:pPr>
        <w:pStyle w:val="1"/>
        <w:rPr>
          <w:lang w:val="ru-RU"/>
        </w:rPr>
      </w:pPr>
      <w:r w:rsidRPr="00CB1CFF">
        <w:rPr>
          <w:lang w:val="ru-RU"/>
        </w:rPr>
        <w:t>7. Спос</w:t>
      </w:r>
      <w:r w:rsidRPr="00CB1CFF">
        <w:rPr>
          <w:lang w:val="ru-RU"/>
        </w:rPr>
        <w:t>об предоставления согласия</w:t>
      </w:r>
    </w:p>
    <w:p w14:paraId="7EBE06F6" w14:textId="77777777" w:rsidR="00310BBD" w:rsidRPr="00CB1CFF" w:rsidRDefault="00AA1DCD">
      <w:pPr>
        <w:rPr>
          <w:lang w:val="ru-RU"/>
        </w:rPr>
      </w:pPr>
      <w:r w:rsidRPr="00CB1CFF">
        <w:rPr>
          <w:lang w:val="ru-RU"/>
        </w:rPr>
        <w:t xml:space="preserve">7.1. Согласие предоставляется путём проставления пользователем отметки в </w:t>
      </w:r>
      <w:proofErr w:type="spellStart"/>
      <w:r w:rsidRPr="00CB1CFF">
        <w:rPr>
          <w:lang w:val="ru-RU"/>
        </w:rPr>
        <w:t>чекбоксе</w:t>
      </w:r>
      <w:proofErr w:type="spellEnd"/>
      <w:r w:rsidRPr="00CB1CFF">
        <w:rPr>
          <w:lang w:val="ru-RU"/>
        </w:rPr>
        <w:t xml:space="preserve"> рядом с формой сайта и/или нажатием кнопки отправки формы при наличии однозначного текста согласия.</w:t>
      </w:r>
    </w:p>
    <w:p w14:paraId="5B1E07AC" w14:textId="7735EB67" w:rsidR="00310BBD" w:rsidRPr="00CB1CFF" w:rsidRDefault="00AA1DCD">
      <w:pPr>
        <w:rPr>
          <w:lang w:val="ru-RU"/>
        </w:rPr>
      </w:pPr>
      <w:r w:rsidRPr="00CB1CFF">
        <w:rPr>
          <w:lang w:val="ru-RU"/>
        </w:rPr>
        <w:t xml:space="preserve">7.2. </w:t>
      </w:r>
      <w:proofErr w:type="spellStart"/>
      <w:r w:rsidRPr="00CB1CFF">
        <w:rPr>
          <w:lang w:val="ru-RU"/>
        </w:rPr>
        <w:t>Чекбокс</w:t>
      </w:r>
      <w:proofErr w:type="spellEnd"/>
      <w:r w:rsidRPr="00CB1CFF">
        <w:rPr>
          <w:lang w:val="ru-RU"/>
        </w:rPr>
        <w:t xml:space="preserve"> согласия </w:t>
      </w:r>
      <w:r w:rsidR="00CB1CFF">
        <w:rPr>
          <w:lang w:val="ru-RU"/>
        </w:rPr>
        <w:t>оформлен</w:t>
      </w:r>
      <w:r w:rsidRPr="00CB1CFF">
        <w:rPr>
          <w:lang w:val="ru-RU"/>
        </w:rPr>
        <w:t xml:space="preserve"> быть отдельным от </w:t>
      </w:r>
      <w:proofErr w:type="spellStart"/>
      <w:r w:rsidRPr="00CB1CFF">
        <w:rPr>
          <w:lang w:val="ru-RU"/>
        </w:rPr>
        <w:t>чекбокса</w:t>
      </w:r>
      <w:proofErr w:type="spellEnd"/>
      <w:r w:rsidRPr="00CB1CFF">
        <w:rPr>
          <w:lang w:val="ru-RU"/>
        </w:rPr>
        <w:t xml:space="preserve"> принятия публичной оферты и не должен быть заранее отмечен.</w:t>
      </w:r>
    </w:p>
    <w:p w14:paraId="21A63AAF" w14:textId="77777777" w:rsidR="00310BBD" w:rsidRPr="00CB1CFF" w:rsidRDefault="00310BBD">
      <w:pPr>
        <w:rPr>
          <w:lang w:val="ru-RU"/>
        </w:rPr>
      </w:pPr>
    </w:p>
    <w:sectPr w:rsidR="00310BBD" w:rsidRPr="00CB1CFF" w:rsidSect="00034616">
      <w:headerReference w:type="default" r:id="rId8"/>
      <w:footerReference w:type="default" r:id="rId9"/>
      <w:pgSz w:w="12240" w:h="15840"/>
      <w:pgMar w:top="1020" w:right="964" w:bottom="907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77D2" w14:textId="77777777" w:rsidR="00AA1DCD" w:rsidRDefault="00AA1DCD">
      <w:pPr>
        <w:spacing w:after="0" w:line="240" w:lineRule="auto"/>
      </w:pPr>
      <w:r>
        <w:separator/>
      </w:r>
    </w:p>
  </w:endnote>
  <w:endnote w:type="continuationSeparator" w:id="0">
    <w:p w14:paraId="2767E5D8" w14:textId="77777777" w:rsidR="00AA1DCD" w:rsidRDefault="00AA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1BD6" w14:textId="77777777" w:rsidR="00310BBD" w:rsidRPr="00CB1CFF" w:rsidRDefault="00AA1DCD">
    <w:pPr>
      <w:pStyle w:val="a7"/>
      <w:jc w:val="center"/>
      <w:rPr>
        <w:lang w:val="ru-RU"/>
      </w:rPr>
    </w:pPr>
    <w:r w:rsidRPr="00CB1CFF">
      <w:rPr>
        <w:rFonts w:ascii="Arial" w:hAnsi="Arial"/>
        <w:color w:val="787878"/>
        <w:sz w:val="16"/>
        <w:lang w:val="ru-RU"/>
      </w:rPr>
      <w:t xml:space="preserve">Редакция от 02 июля 2026 года. Документ для публикации на сайте </w:t>
    </w:r>
    <w:r>
      <w:rPr>
        <w:rFonts w:ascii="Arial" w:hAnsi="Arial"/>
        <w:color w:val="787878"/>
        <w:sz w:val="16"/>
      </w:rPr>
      <w:t>https</w:t>
    </w:r>
    <w:r w:rsidRPr="00CB1CFF">
      <w:rPr>
        <w:rFonts w:ascii="Arial" w:hAnsi="Arial"/>
        <w:color w:val="787878"/>
        <w:sz w:val="16"/>
        <w:lang w:val="ru-RU"/>
      </w:rPr>
      <w:t>://</w:t>
    </w:r>
    <w:r>
      <w:rPr>
        <w:rFonts w:ascii="Arial" w:hAnsi="Arial"/>
        <w:color w:val="787878"/>
        <w:sz w:val="16"/>
      </w:rPr>
      <w:t>brassbags</w:t>
    </w:r>
    <w:r w:rsidRPr="00CB1CFF">
      <w:rPr>
        <w:rFonts w:ascii="Arial" w:hAnsi="Arial"/>
        <w:color w:val="787878"/>
        <w:sz w:val="16"/>
        <w:lang w:val="ru-RU"/>
      </w:rPr>
      <w:t>.</w:t>
    </w:r>
    <w:r>
      <w:rPr>
        <w:rFonts w:ascii="Arial" w:hAnsi="Arial"/>
        <w:color w:val="787878"/>
        <w:sz w:val="16"/>
      </w:rPr>
      <w:t>ru</w:t>
    </w:r>
    <w:r w:rsidRPr="00CB1CFF">
      <w:rPr>
        <w:rFonts w:ascii="Arial" w:hAnsi="Arial"/>
        <w:color w:val="787878"/>
        <w:sz w:val="16"/>
        <w:lang w:val="ru-R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8924" w14:textId="77777777" w:rsidR="00AA1DCD" w:rsidRDefault="00AA1DCD">
      <w:pPr>
        <w:spacing w:after="0" w:line="240" w:lineRule="auto"/>
      </w:pPr>
      <w:r>
        <w:separator/>
      </w:r>
    </w:p>
  </w:footnote>
  <w:footnote w:type="continuationSeparator" w:id="0">
    <w:p w14:paraId="61FB8F2D" w14:textId="77777777" w:rsidR="00AA1DCD" w:rsidRDefault="00AA1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21BC" w14:textId="77777777" w:rsidR="00310BBD" w:rsidRDefault="00AA1DCD">
    <w:pPr>
      <w:pStyle w:val="a5"/>
      <w:jc w:val="right"/>
    </w:pPr>
    <w:r>
      <w:rPr>
        <w:rFonts w:ascii="Arial" w:hAnsi="Arial"/>
        <w:color w:val="787878"/>
        <w:sz w:val="16"/>
      </w:rPr>
      <w:t>BRASS BAGS • https://brassbags.ru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0BBD"/>
    <w:rsid w:val="00326F90"/>
    <w:rsid w:val="00AA1D8D"/>
    <w:rsid w:val="00AA1DCD"/>
    <w:rsid w:val="00B47730"/>
    <w:rsid w:val="00CB0664"/>
    <w:rsid w:val="00CB1C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FE680"/>
  <w14:defaultImageDpi w14:val="300"/>
  <w15:docId w15:val="{8A0E84F4-089E-405B-8733-AE4236B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B332A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B332A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3B332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B332A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soglasie na obrabotku PD BRASS BAGS.docx</dc:title>
  <dc:subject/>
  <dc:creator>BRASS BAGS</dc:creator>
  <cp:keywords/>
  <dc:description>generated by python-docx</dc:description>
  <cp:lastModifiedBy>Михаил Маркин</cp:lastModifiedBy>
  <cp:revision>2</cp:revision>
  <dcterms:created xsi:type="dcterms:W3CDTF">2013-12-23T23:15:00Z</dcterms:created>
  <dcterms:modified xsi:type="dcterms:W3CDTF">2026-07-20T06:07:00Z</dcterms:modified>
  <cp:category/>
</cp:coreProperties>
</file>